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178FD" w14:textId="3E37057D" w:rsidR="003C5E38" w:rsidRDefault="005A522C" w:rsidP="00C6078F">
      <w:pPr>
        <w:spacing w:before="240" w:after="0"/>
      </w:pPr>
      <w:r w:rsidRPr="00C74B50">
        <w:rPr>
          <w:b/>
          <w:noProof/>
          <w:sz w:val="24"/>
          <w:szCs w:val="21"/>
        </w:rPr>
        <w:drawing>
          <wp:anchor distT="0" distB="0" distL="114300" distR="114300" simplePos="0" relativeHeight="251664384" behindDoc="0" locked="0" layoutInCell="1" allowOverlap="1" wp14:anchorId="18A1E6A2" wp14:editId="72F30343">
            <wp:simplePos x="0" y="0"/>
            <wp:positionH relativeFrom="column">
              <wp:posOffset>85725</wp:posOffset>
            </wp:positionH>
            <wp:positionV relativeFrom="paragraph">
              <wp:posOffset>0</wp:posOffset>
            </wp:positionV>
            <wp:extent cx="937260" cy="920115"/>
            <wp:effectExtent l="0" t="0" r="0" b="0"/>
            <wp:wrapSquare wrapText="bothSides"/>
            <wp:docPr id="5968557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85571" name="図 5968557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3D9C" w:rsidRPr="00C74B50">
        <w:rPr>
          <w:b/>
          <w:sz w:val="24"/>
          <w:szCs w:val="21"/>
        </w:rPr>
        <w:t>NEUROOTOLOGICAL AND EQUILIBRIOMETRIC SOCIETY</w:t>
      </w:r>
      <w:r w:rsidR="00C23D9C" w:rsidRPr="00C74B50">
        <w:rPr>
          <w:b/>
          <w:sz w:val="24"/>
          <w:szCs w:val="24"/>
        </w:rPr>
        <w:t xml:space="preserve"> (NES)</w:t>
      </w:r>
    </w:p>
    <w:p w14:paraId="6AFB3A41" w14:textId="77777777" w:rsidR="003C5E38" w:rsidRPr="00C74B50" w:rsidRDefault="00C23D9C" w:rsidP="00F40AAA">
      <w:pPr>
        <w:spacing w:line="240" w:lineRule="auto"/>
        <w:ind w:leftChars="1224" w:left="2693"/>
        <w:rPr>
          <w:sz w:val="21"/>
          <w:szCs w:val="21"/>
        </w:rPr>
      </w:pPr>
      <w:r w:rsidRPr="00C74B50">
        <w:rPr>
          <w:sz w:val="24"/>
          <w:szCs w:val="21"/>
        </w:rPr>
        <w:t>Application for Membership of the NES</w:t>
      </w:r>
    </w:p>
    <w:p w14:paraId="0F397193" w14:textId="5F5A7C24" w:rsidR="003C5E38" w:rsidRDefault="00C23D9C" w:rsidP="005D0167">
      <w:pPr>
        <w:spacing w:after="0" w:line="240" w:lineRule="auto"/>
      </w:pPr>
      <w:r>
        <w:t>Please send this application via E-mail (</w:t>
      </w:r>
      <w:r w:rsidR="002E5CAE" w:rsidRPr="002E5CAE">
        <w:rPr>
          <w:rFonts w:hint="eastAsia"/>
          <w:bCs/>
          <w:lang w:eastAsia="ja-JP"/>
        </w:rPr>
        <w:t xml:space="preserve"> </w:t>
      </w:r>
      <w:hyperlink r:id="rId7" w:history="1">
        <w:r w:rsidR="002E5CAE" w:rsidRPr="002E5CAE">
          <w:rPr>
            <w:rStyle w:val="aff"/>
            <w:bCs/>
          </w:rPr>
          <w:t>nes2025@jikagaku.jp</w:t>
        </w:r>
      </w:hyperlink>
      <w:r w:rsidR="002E5CAE">
        <w:rPr>
          <w:rFonts w:hint="eastAsia"/>
          <w:b/>
          <w:lang w:eastAsia="ja-JP"/>
        </w:rPr>
        <w:t xml:space="preserve">  </w:t>
      </w:r>
      <w:r>
        <w:t>).</w:t>
      </w:r>
    </w:p>
    <w:p w14:paraId="29C6DB96" w14:textId="77777777" w:rsidR="003C5E38" w:rsidRDefault="003C5E38" w:rsidP="005D0167">
      <w:pPr>
        <w:spacing w:after="0" w:line="240" w:lineRule="auto"/>
        <w:rPr>
          <w:lang w:eastAsia="ja-JP"/>
        </w:rPr>
      </w:pPr>
    </w:p>
    <w:p w14:paraId="441D8D62" w14:textId="77777777" w:rsidR="00C6078F" w:rsidRDefault="00C6078F" w:rsidP="005D0167">
      <w:pPr>
        <w:spacing w:after="0" w:line="240" w:lineRule="auto"/>
        <w:rPr>
          <w:lang w:eastAsia="ja-JP"/>
        </w:rPr>
      </w:pPr>
    </w:p>
    <w:p w14:paraId="4CE2D266" w14:textId="491871EE" w:rsidR="003C5E38" w:rsidRPr="000A5FB4" w:rsidRDefault="00C23D9C" w:rsidP="00F40AAA">
      <w:pPr>
        <w:spacing w:after="0" w:line="240" w:lineRule="auto"/>
        <w:rPr>
          <w:lang w:eastAsia="ja-JP"/>
        </w:rPr>
      </w:pPr>
      <w:r>
        <w:t>To the</w:t>
      </w:r>
      <w:r>
        <w:br/>
      </w:r>
      <w:proofErr w:type="spellStart"/>
      <w:r>
        <w:t>Neurootological</w:t>
      </w:r>
      <w:proofErr w:type="spellEnd"/>
      <w:r>
        <w:t xml:space="preserve"> and </w:t>
      </w:r>
      <w:proofErr w:type="spellStart"/>
      <w:r>
        <w:t>Equilibriometric</w:t>
      </w:r>
      <w:proofErr w:type="spellEnd"/>
      <w:r>
        <w:t xml:space="preserve"> Society (NES)</w:t>
      </w:r>
      <w:r>
        <w:br/>
        <w:t>Kawagoe Ear Institute</w:t>
      </w:r>
      <w:r>
        <w:br/>
        <w:t>Kawagoe-Mine Medical Center 2F</w:t>
      </w:r>
      <w:r w:rsidR="00353077">
        <w:rPr>
          <w:rFonts w:hint="eastAsia"/>
          <w:lang w:eastAsia="ja-JP"/>
        </w:rPr>
        <w:t xml:space="preserve">, </w:t>
      </w:r>
      <w:r>
        <w:t xml:space="preserve">103 </w:t>
      </w:r>
      <w:proofErr w:type="spellStart"/>
      <w:r>
        <w:t>Wakitamachi</w:t>
      </w:r>
      <w:proofErr w:type="spellEnd"/>
      <w:r>
        <w:t>, Kawagoe-</w:t>
      </w:r>
      <w:proofErr w:type="spellStart"/>
      <w:r>
        <w:t>shi</w:t>
      </w:r>
      <w:proofErr w:type="spellEnd"/>
      <w:r>
        <w:t>, Saitama 350-1122, Japan</w:t>
      </w:r>
      <w:r>
        <w:br/>
        <w:t>Tel: +81-49-226-3387</w:t>
      </w:r>
      <w:r>
        <w:br/>
        <w:t xml:space="preserve">E-mail: </w:t>
      </w:r>
      <w:hyperlink r:id="rId8" w:history="1">
        <w:r w:rsidR="000A5FB4" w:rsidRPr="00DC612D">
          <w:rPr>
            <w:rStyle w:val="aff"/>
          </w:rPr>
          <w:t>nes2025@jikagaku.jp</w:t>
        </w:r>
      </w:hyperlink>
      <w:r w:rsidR="000A5FB4">
        <w:rPr>
          <w:rFonts w:hint="eastAsia"/>
          <w:lang w:eastAsia="ja-JP"/>
        </w:rPr>
        <w:t xml:space="preserve"> </w:t>
      </w:r>
    </w:p>
    <w:p w14:paraId="34AE62C8" w14:textId="77777777" w:rsidR="003C5E38" w:rsidRDefault="003C5E38" w:rsidP="005D0167">
      <w:pPr>
        <w:spacing w:after="0" w:line="240" w:lineRule="auto"/>
      </w:pPr>
    </w:p>
    <w:p w14:paraId="21105053" w14:textId="77777777" w:rsidR="003C5E38" w:rsidRDefault="00C23D9C" w:rsidP="00E048F1">
      <w:pPr>
        <w:spacing w:line="240" w:lineRule="auto"/>
      </w:pPr>
      <w:r>
        <w:t xml:space="preserve">Herewith I apply for membership in the </w:t>
      </w:r>
      <w:proofErr w:type="spellStart"/>
      <w:r>
        <w:t>Neurootological</w:t>
      </w:r>
      <w:proofErr w:type="spellEnd"/>
      <w:r>
        <w:t xml:space="preserve"> and </w:t>
      </w:r>
      <w:proofErr w:type="spellStart"/>
      <w:r>
        <w:t>Equilibriometric</w:t>
      </w:r>
      <w:proofErr w:type="spellEnd"/>
      <w:r>
        <w:t xml:space="preserve"> Society (NES).</w:t>
      </w:r>
    </w:p>
    <w:p w14:paraId="09E64670" w14:textId="77777777" w:rsidR="003C5E38" w:rsidRDefault="003C5E38" w:rsidP="005D0167">
      <w:pPr>
        <w:spacing w:after="0" w:line="240" w:lineRule="auto"/>
      </w:pPr>
    </w:p>
    <w:p w14:paraId="6228F8B3" w14:textId="52C04F54" w:rsidR="003C5E38" w:rsidRDefault="00C23D9C" w:rsidP="00E048F1">
      <w:pPr>
        <w:spacing w:line="240" w:lineRule="auto"/>
      </w:pPr>
      <w:r>
        <w:t xml:space="preserve">Prefix: </w:t>
      </w:r>
      <w:r w:rsidR="00C525FA">
        <w:tab/>
      </w:r>
      <w:proofErr w:type="gramStart"/>
      <w:r w:rsidR="00C525FA">
        <w:rPr>
          <w:rFonts w:hint="eastAsia"/>
          <w:lang w:eastAsia="ja-JP"/>
        </w:rPr>
        <w:t xml:space="preserve">   </w:t>
      </w:r>
      <w:r>
        <w:t>[</w:t>
      </w:r>
      <w:proofErr w:type="gramEnd"/>
      <w:r w:rsidR="00DF5539">
        <w:rPr>
          <w:rFonts w:hint="eastAsia"/>
          <w:lang w:eastAsia="ja-JP"/>
        </w:rPr>
        <w:t xml:space="preserve">  </w:t>
      </w:r>
      <w:r w:rsidR="00353077">
        <w:rPr>
          <w:rFonts w:hint="eastAsia"/>
          <w:lang w:eastAsia="ja-JP"/>
        </w:rPr>
        <w:t xml:space="preserve"> </w:t>
      </w:r>
      <w:proofErr w:type="gramStart"/>
      <w:r w:rsidR="00353077">
        <w:rPr>
          <w:rFonts w:hint="eastAsia"/>
          <w:lang w:eastAsia="ja-JP"/>
        </w:rPr>
        <w:t xml:space="preserve">  </w:t>
      </w:r>
      <w:r>
        <w:t>]</w:t>
      </w:r>
      <w:proofErr w:type="gramEnd"/>
      <w:r>
        <w:t xml:space="preserve"> Prof.</w:t>
      </w:r>
      <w:r w:rsidR="00C525FA">
        <w:rPr>
          <w:rFonts w:hint="eastAsia"/>
          <w:lang w:eastAsia="ja-JP"/>
        </w:rPr>
        <w:t xml:space="preserve">  </w:t>
      </w:r>
      <w:r>
        <w:t xml:space="preserve"> </w:t>
      </w:r>
      <w:r w:rsidR="00C525FA">
        <w:rPr>
          <w:rFonts w:hint="eastAsia"/>
          <w:lang w:eastAsia="ja-JP"/>
        </w:rPr>
        <w:t xml:space="preserve"> </w:t>
      </w:r>
      <w:r w:rsidR="00353077">
        <w:t>[</w:t>
      </w:r>
      <w:r w:rsidR="00353077">
        <w:rPr>
          <w:rFonts w:hint="eastAsia"/>
          <w:lang w:eastAsia="ja-JP"/>
        </w:rPr>
        <w:t xml:space="preserve">   </w:t>
      </w:r>
      <w:proofErr w:type="gramStart"/>
      <w:r w:rsidR="00353077">
        <w:rPr>
          <w:rFonts w:hint="eastAsia"/>
          <w:lang w:eastAsia="ja-JP"/>
        </w:rPr>
        <w:t xml:space="preserve">  </w:t>
      </w:r>
      <w:r w:rsidR="00353077">
        <w:t>]</w:t>
      </w:r>
      <w:proofErr w:type="gramEnd"/>
      <w:r w:rsidR="00353077">
        <w:t xml:space="preserve"> </w:t>
      </w:r>
      <w:r>
        <w:t xml:space="preserve">Dr. </w:t>
      </w:r>
      <w:r w:rsidR="00C525FA">
        <w:rPr>
          <w:rFonts w:hint="eastAsia"/>
          <w:lang w:eastAsia="ja-JP"/>
        </w:rPr>
        <w:t xml:space="preserve"> </w:t>
      </w:r>
      <w:r w:rsidR="00C525FA">
        <w:t xml:space="preserve"> </w:t>
      </w:r>
      <w:r w:rsidR="00C525FA">
        <w:rPr>
          <w:rFonts w:hint="eastAsia"/>
          <w:lang w:eastAsia="ja-JP"/>
        </w:rPr>
        <w:t xml:space="preserve"> </w:t>
      </w:r>
      <w:r w:rsidR="00C525FA">
        <w:t xml:space="preserve"> </w:t>
      </w:r>
      <w:r w:rsidR="00353077">
        <w:t>[</w:t>
      </w:r>
      <w:r w:rsidR="00353077">
        <w:rPr>
          <w:rFonts w:hint="eastAsia"/>
          <w:lang w:eastAsia="ja-JP"/>
        </w:rPr>
        <w:t xml:space="preserve">   </w:t>
      </w:r>
      <w:proofErr w:type="gramStart"/>
      <w:r w:rsidR="00353077">
        <w:rPr>
          <w:rFonts w:hint="eastAsia"/>
          <w:lang w:eastAsia="ja-JP"/>
        </w:rPr>
        <w:t xml:space="preserve">  </w:t>
      </w:r>
      <w:r w:rsidR="00353077">
        <w:t>]</w:t>
      </w:r>
      <w:proofErr w:type="gramEnd"/>
      <w:r w:rsidR="00353077">
        <w:t xml:space="preserve"> </w:t>
      </w:r>
      <w:r w:rsidR="00353077">
        <w:rPr>
          <w:rFonts w:hint="eastAsia"/>
          <w:lang w:eastAsia="ja-JP"/>
        </w:rPr>
        <w:t xml:space="preserve">  </w:t>
      </w:r>
      <w:r>
        <w:t>Other:</w:t>
      </w:r>
      <w:r w:rsidR="00C525FA">
        <w:rPr>
          <w:rFonts w:hint="eastAsia"/>
          <w:lang w:eastAsia="ja-JP"/>
        </w:rPr>
        <w:t xml:space="preserve"> </w:t>
      </w:r>
      <w:r>
        <w:t xml:space="preserve"> ________________</w:t>
      </w:r>
      <w:r w:rsidR="00353077">
        <w:t>______</w:t>
      </w:r>
      <w:r>
        <w:t>______________</w:t>
      </w:r>
    </w:p>
    <w:p w14:paraId="2CBECD76" w14:textId="4F13079F" w:rsidR="002F4EB6" w:rsidRDefault="00C23D9C" w:rsidP="00E048F1">
      <w:pPr>
        <w:spacing w:line="240" w:lineRule="auto"/>
      </w:pPr>
      <w:r>
        <w:t>First name: ___________________________</w:t>
      </w:r>
      <w:r w:rsidR="007B01D0">
        <w:t>__</w:t>
      </w:r>
      <w:r>
        <w:t>___________</w:t>
      </w:r>
      <w:r w:rsidR="00EA7C75">
        <w:tab/>
      </w:r>
    </w:p>
    <w:p w14:paraId="58D9C5D7" w14:textId="2EF02087" w:rsidR="003C5E38" w:rsidRDefault="00EA7C75" w:rsidP="00E048F1">
      <w:pPr>
        <w:spacing w:line="240" w:lineRule="auto"/>
        <w:rPr>
          <w:lang w:eastAsia="ja-JP"/>
        </w:rPr>
      </w:pPr>
      <w:r>
        <w:rPr>
          <w:rFonts w:hint="eastAsia"/>
          <w:lang w:eastAsia="ja-JP"/>
        </w:rPr>
        <w:t xml:space="preserve">Middle name: </w:t>
      </w:r>
      <w:r>
        <w:t>_____________________________________</w:t>
      </w:r>
      <w:proofErr w:type="gramStart"/>
      <w:r>
        <w:t>_</w:t>
      </w:r>
      <w:r w:rsidR="002F4EB6">
        <w:rPr>
          <w:rFonts w:hint="eastAsia"/>
          <w:lang w:eastAsia="ja-JP"/>
        </w:rPr>
        <w:t xml:space="preserve">  </w:t>
      </w:r>
      <w:r w:rsidR="002F4EB6" w:rsidRPr="002F4EB6">
        <w:rPr>
          <w:i/>
          <w:iCs/>
          <w:sz w:val="21"/>
          <w:szCs w:val="21"/>
        </w:rPr>
        <w:t>(</w:t>
      </w:r>
      <w:proofErr w:type="gramEnd"/>
      <w:r w:rsidR="002F4EB6" w:rsidRPr="002F4EB6">
        <w:rPr>
          <w:i/>
          <w:iCs/>
          <w:sz w:val="21"/>
          <w:szCs w:val="21"/>
        </w:rPr>
        <w:t>If not applicable, please write (None) or N/A)</w:t>
      </w:r>
    </w:p>
    <w:p w14:paraId="3587A8A4" w14:textId="3C3F5A64" w:rsidR="003C5E38" w:rsidRDefault="00C23D9C" w:rsidP="00E048F1">
      <w:pPr>
        <w:spacing w:line="240" w:lineRule="auto"/>
        <w:rPr>
          <w:lang w:eastAsia="ja-JP"/>
        </w:rPr>
      </w:pPr>
      <w:r>
        <w:t>Last name:  ________________________</w:t>
      </w:r>
      <w:r w:rsidR="00E72C13">
        <w:t>_</w:t>
      </w:r>
      <w:r>
        <w:t>__</w:t>
      </w:r>
      <w:r w:rsidR="00E72C13">
        <w:t>_</w:t>
      </w:r>
      <w:r>
        <w:t>____________</w:t>
      </w:r>
      <w:r w:rsidR="00EA7C75">
        <w:tab/>
      </w:r>
    </w:p>
    <w:p w14:paraId="305D65C2" w14:textId="4D40C105" w:rsidR="003C5E38" w:rsidRDefault="00C23D9C" w:rsidP="00E048F1">
      <w:pPr>
        <w:spacing w:line="240" w:lineRule="auto"/>
      </w:pPr>
      <w:r>
        <w:t xml:space="preserve">Institution: </w:t>
      </w:r>
      <w:r w:rsidR="005B742C">
        <w:rPr>
          <w:rFonts w:hint="eastAsia"/>
          <w:lang w:eastAsia="ja-JP"/>
        </w:rPr>
        <w:t xml:space="preserve"> </w:t>
      </w:r>
      <w:r>
        <w:t>____________________</w:t>
      </w:r>
      <w:r w:rsidR="00E72C13">
        <w:t>__</w:t>
      </w:r>
      <w:r>
        <w:t>__________________</w:t>
      </w:r>
    </w:p>
    <w:p w14:paraId="659FA44F" w14:textId="30176497" w:rsidR="003C5E38" w:rsidRDefault="000F13B0" w:rsidP="00E048F1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843F28" wp14:editId="1B73FB55">
                <wp:simplePos x="0" y="0"/>
                <wp:positionH relativeFrom="column">
                  <wp:posOffset>649606</wp:posOffset>
                </wp:positionH>
                <wp:positionV relativeFrom="paragraph">
                  <wp:posOffset>156845</wp:posOffset>
                </wp:positionV>
                <wp:extent cx="4229100" cy="0"/>
                <wp:effectExtent l="0" t="0" r="0" b="0"/>
                <wp:wrapNone/>
                <wp:docPr id="129891201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AB1EB4" id="直線コネクタ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15pt,12.35pt" to="384.1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" strokecolor="black [3040]"/>
            </w:pict>
          </mc:Fallback>
        </mc:AlternateContent>
      </w:r>
      <w:r w:rsidR="00C23D9C">
        <w:t xml:space="preserve">Address:   </w:t>
      </w:r>
      <w:r w:rsidR="00C23D9C" w:rsidRPr="002A0DD5">
        <w:t xml:space="preserve">        </w:t>
      </w:r>
    </w:p>
    <w:p w14:paraId="386F6402" w14:textId="29FAEE5E" w:rsidR="003C5E38" w:rsidRDefault="00C23D9C" w:rsidP="00E048F1">
      <w:pPr>
        <w:spacing w:line="240" w:lineRule="auto"/>
      </w:pPr>
      <w:r>
        <w:t>Telephone:</w:t>
      </w:r>
      <w:proofErr w:type="gramStart"/>
      <w:r>
        <w:t xml:space="preserve">  _______</w:t>
      </w:r>
      <w:r w:rsidRPr="005C0AC7">
        <w:rPr>
          <w:u w:val="single"/>
        </w:rPr>
        <w:t>_____</w:t>
      </w:r>
      <w:r w:rsidR="005C0AC7" w:rsidRPr="005C0AC7">
        <w:rPr>
          <w:rFonts w:hint="eastAsia"/>
          <w:u w:val="single"/>
          <w:lang w:eastAsia="ja-JP"/>
        </w:rPr>
        <w:t xml:space="preserve">                    </w:t>
      </w:r>
      <w:r w:rsidRPr="005C0AC7">
        <w:rPr>
          <w:u w:val="single"/>
        </w:rPr>
        <w:t>_</w:t>
      </w:r>
      <w:proofErr w:type="gramEnd"/>
      <w:r w:rsidRPr="005C0AC7">
        <w:rPr>
          <w:u w:val="single"/>
        </w:rPr>
        <w:t>___</w:t>
      </w:r>
      <w:r>
        <w:t>____    E-mail</w:t>
      </w:r>
      <w:proofErr w:type="gramStart"/>
      <w:r>
        <w:t xml:space="preserve">: </w:t>
      </w:r>
      <w:r w:rsidR="005B742C">
        <w:rPr>
          <w:rFonts w:hint="eastAsia"/>
          <w:lang w:eastAsia="ja-JP"/>
        </w:rPr>
        <w:t xml:space="preserve"> </w:t>
      </w:r>
      <w:r>
        <w:t>__</w:t>
      </w:r>
      <w:proofErr w:type="gramEnd"/>
      <w:r>
        <w:t>_______</w:t>
      </w:r>
      <w:r w:rsidR="005C0AC7">
        <w:rPr>
          <w:rFonts w:hint="eastAsia"/>
          <w:u w:val="single"/>
          <w:lang w:eastAsia="ja-JP"/>
        </w:rPr>
        <w:t xml:space="preserve">                            </w:t>
      </w:r>
      <w:r>
        <w:t>___________</w:t>
      </w:r>
    </w:p>
    <w:p w14:paraId="245C7D7D" w14:textId="77777777" w:rsidR="003C5E38" w:rsidRDefault="003C5E38" w:rsidP="005D0167">
      <w:pPr>
        <w:spacing w:after="0" w:line="240" w:lineRule="auto"/>
      </w:pPr>
    </w:p>
    <w:p w14:paraId="0B46F94F" w14:textId="77777777" w:rsidR="003C5E38" w:rsidRDefault="00C23D9C" w:rsidP="00E048F1">
      <w:pPr>
        <w:spacing w:line="240" w:lineRule="auto"/>
      </w:pPr>
      <w:r>
        <w:t>In case of being accepted, I agree to pay the annual membership fee of JPY 15,000 by bank transfer to the bank account of the NES as follows:</w:t>
      </w:r>
    </w:p>
    <w:p w14:paraId="0BAD4944" w14:textId="77777777" w:rsidR="0051644C" w:rsidRDefault="00C23D9C" w:rsidP="0051644C">
      <w:pPr>
        <w:spacing w:after="0" w:line="240" w:lineRule="auto"/>
        <w:rPr>
          <w:lang w:eastAsia="ja-JP"/>
        </w:rPr>
      </w:pPr>
      <w:r>
        <w:t xml:space="preserve">Bank Name:          Saitama </w:t>
      </w:r>
      <w:proofErr w:type="spellStart"/>
      <w:r>
        <w:t>Resona</w:t>
      </w:r>
      <w:proofErr w:type="spellEnd"/>
      <w:r>
        <w:t xml:space="preserve"> Bank, Ltd.</w:t>
      </w:r>
      <w:r>
        <w:br/>
        <w:t>Branch Name:</w:t>
      </w:r>
      <w:r w:rsidR="00933F4B">
        <w:rPr>
          <w:rFonts w:hint="eastAsia"/>
          <w:lang w:eastAsia="ja-JP"/>
        </w:rPr>
        <w:t xml:space="preserve">　</w:t>
      </w:r>
      <w:r w:rsidR="00933F4B">
        <w:rPr>
          <w:rFonts w:hint="eastAsia"/>
          <w:lang w:eastAsia="ja-JP"/>
        </w:rPr>
        <w:t xml:space="preserve">  </w:t>
      </w:r>
      <w:r>
        <w:t>Kawagoe Branch</w:t>
      </w:r>
      <w:r>
        <w:br/>
      </w:r>
      <w:proofErr w:type="spellStart"/>
      <w:r>
        <w:t>Branch</w:t>
      </w:r>
      <w:proofErr w:type="spellEnd"/>
      <w:r>
        <w:t xml:space="preserve"> Address: </w:t>
      </w:r>
      <w:r w:rsidR="00933F4B">
        <w:rPr>
          <w:rFonts w:hint="eastAsia"/>
          <w:lang w:eastAsia="ja-JP"/>
        </w:rPr>
        <w:t xml:space="preserve"> </w:t>
      </w:r>
      <w:r>
        <w:t xml:space="preserve">U_PLACE 4F, 8-1 </w:t>
      </w:r>
      <w:proofErr w:type="spellStart"/>
      <w:r>
        <w:t>Wakitahoncho</w:t>
      </w:r>
      <w:proofErr w:type="spellEnd"/>
      <w:r>
        <w:t>, Kawagoe-</w:t>
      </w:r>
      <w:proofErr w:type="spellStart"/>
      <w:r>
        <w:t>shi</w:t>
      </w:r>
      <w:proofErr w:type="spellEnd"/>
      <w:r>
        <w:t>, Saitama 350-1123, Japan</w:t>
      </w:r>
      <w:r>
        <w:br/>
        <w:t xml:space="preserve">SWIFT Code (BIC): </w:t>
      </w:r>
      <w:r w:rsidR="005D0167">
        <w:rPr>
          <w:rFonts w:hint="eastAsia"/>
          <w:lang w:eastAsia="ja-JP"/>
        </w:rPr>
        <w:t xml:space="preserve">  </w:t>
      </w:r>
      <w:r>
        <w:t>SAIBJPJT</w:t>
      </w:r>
      <w:r>
        <w:br/>
        <w:t>Bank Address (Head Office): 7-4-1 Tokiwa, Urawa-</w:t>
      </w:r>
      <w:proofErr w:type="spellStart"/>
      <w:r>
        <w:t>ku</w:t>
      </w:r>
      <w:proofErr w:type="spellEnd"/>
      <w:r>
        <w:t>, Saitama-</w:t>
      </w:r>
      <w:proofErr w:type="spellStart"/>
      <w:r>
        <w:t>shi</w:t>
      </w:r>
      <w:proofErr w:type="spellEnd"/>
      <w:r>
        <w:t>, Saitama 330-9088, Japan</w:t>
      </w:r>
      <w:r>
        <w:br/>
        <w:t>Account Number:     46</w:t>
      </w:r>
      <w:r w:rsidR="00F06F0D">
        <w:rPr>
          <w:rFonts w:hint="eastAsia"/>
          <w:lang w:eastAsia="ja-JP"/>
        </w:rPr>
        <w:t>73487</w:t>
      </w:r>
      <w:r w:rsidR="0051644C">
        <w:rPr>
          <w:lang w:eastAsia="ja-JP"/>
        </w:rPr>
        <w:tab/>
      </w:r>
    </w:p>
    <w:p w14:paraId="00DF3003" w14:textId="6A71CCE5" w:rsidR="0051644C" w:rsidRDefault="0051644C" w:rsidP="0051644C">
      <w:pPr>
        <w:spacing w:after="0" w:line="240" w:lineRule="auto"/>
      </w:pPr>
      <w:r w:rsidRPr="0051644C">
        <w:rPr>
          <w:lang w:eastAsia="ja-JP"/>
        </w:rPr>
        <w:t>Account Type</w:t>
      </w:r>
      <w:r w:rsidRPr="0051644C">
        <w:rPr>
          <w:rFonts w:hint="eastAsia"/>
          <w:lang w:eastAsia="ja-JP"/>
        </w:rPr>
        <w:t xml:space="preserve">: </w:t>
      </w:r>
      <w:r>
        <w:rPr>
          <w:b/>
          <w:bCs/>
          <w:lang w:eastAsia="ja-JP"/>
        </w:rPr>
        <w:tab/>
      </w:r>
      <w:r>
        <w:rPr>
          <w:rFonts w:hint="eastAsia"/>
          <w:b/>
          <w:bCs/>
          <w:lang w:eastAsia="ja-JP"/>
        </w:rPr>
        <w:t xml:space="preserve"> </w:t>
      </w:r>
      <w:r w:rsidRPr="0051644C">
        <w:rPr>
          <w:lang w:eastAsia="ja-JP"/>
        </w:rPr>
        <w:t>Ordinary Account</w:t>
      </w:r>
    </w:p>
    <w:p w14:paraId="690E1D2E" w14:textId="77777777" w:rsidR="0051644C" w:rsidRPr="0051644C" w:rsidRDefault="0051644C" w:rsidP="0051644C">
      <w:pPr>
        <w:spacing w:line="240" w:lineRule="auto"/>
        <w:rPr>
          <w:vanish/>
          <w:lang w:eastAsia="ja-JP"/>
        </w:rPr>
      </w:pPr>
    </w:p>
    <w:p w14:paraId="3CD6F775" w14:textId="1E25A3EB" w:rsidR="003C5E38" w:rsidRDefault="00C23D9C" w:rsidP="0051644C">
      <w:pPr>
        <w:spacing w:after="0" w:line="240" w:lineRule="auto"/>
      </w:pPr>
      <w:r>
        <w:t xml:space="preserve">Account Name (Beneficiary): </w:t>
      </w:r>
      <w:r w:rsidR="00F06F0D" w:rsidRPr="00F06F0D">
        <w:rPr>
          <w:rFonts w:hint="eastAsia"/>
          <w:b/>
          <w:bCs/>
        </w:rPr>
        <w:t>KOKUSAIHEIKOUSINKEIKAGAKUKAI</w:t>
      </w:r>
      <w:r w:rsidR="0051644C">
        <w:rPr>
          <w:rFonts w:hint="eastAsia"/>
          <w:b/>
          <w:bCs/>
          <w:lang w:eastAsia="ja-JP"/>
        </w:rPr>
        <w:t xml:space="preserve"> (NES)</w:t>
      </w:r>
      <w:r>
        <w:br/>
        <w:t xml:space="preserve">Account Holder's Address:  Kawagoe-Mine Medical Center 2F, 103 </w:t>
      </w:r>
      <w:proofErr w:type="spellStart"/>
      <w:r>
        <w:t>Wakitamachi</w:t>
      </w:r>
      <w:proofErr w:type="spellEnd"/>
      <w:r>
        <w:t>, Kawagoe-</w:t>
      </w:r>
      <w:proofErr w:type="spellStart"/>
      <w:r>
        <w:t>shi</w:t>
      </w:r>
      <w:proofErr w:type="spellEnd"/>
      <w:r>
        <w:t>, Saitama 350-1122, Japan</w:t>
      </w:r>
    </w:p>
    <w:p w14:paraId="1DE02058" w14:textId="77777777" w:rsidR="003C5E38" w:rsidRDefault="003C5E38" w:rsidP="005D0167">
      <w:pPr>
        <w:spacing w:after="0" w:line="240" w:lineRule="auto"/>
      </w:pPr>
    </w:p>
    <w:p w14:paraId="3A458578" w14:textId="77777777" w:rsidR="003C5E38" w:rsidRDefault="00C23D9C" w:rsidP="005D0167">
      <w:pPr>
        <w:spacing w:after="0" w:line="240" w:lineRule="auto"/>
      </w:pPr>
      <w:r>
        <w:t>I understand that I can end this membership by written cancellation.</w:t>
      </w:r>
    </w:p>
    <w:p w14:paraId="19544B9B" w14:textId="77777777" w:rsidR="00687744" w:rsidRDefault="00687744" w:rsidP="005D0167">
      <w:pPr>
        <w:spacing w:after="0" w:line="240" w:lineRule="auto"/>
        <w:rPr>
          <w:lang w:eastAsia="ja-JP"/>
        </w:rPr>
      </w:pPr>
    </w:p>
    <w:p w14:paraId="3D78DE4C" w14:textId="77777777" w:rsidR="005B742C" w:rsidRDefault="005B742C" w:rsidP="005D0167">
      <w:pPr>
        <w:spacing w:after="0" w:line="240" w:lineRule="auto"/>
        <w:rPr>
          <w:lang w:eastAsia="ja-JP"/>
        </w:rPr>
      </w:pPr>
    </w:p>
    <w:p w14:paraId="6C015634" w14:textId="77777777" w:rsidR="005B742C" w:rsidRPr="005B742C" w:rsidRDefault="005B742C" w:rsidP="005D0167">
      <w:pPr>
        <w:spacing w:after="0" w:line="240" w:lineRule="auto"/>
        <w:rPr>
          <w:lang w:eastAsia="ja-JP"/>
        </w:rPr>
      </w:pPr>
    </w:p>
    <w:p w14:paraId="503C524D" w14:textId="4218028F" w:rsidR="003C5E38" w:rsidRDefault="00C23D9C" w:rsidP="005B742C">
      <w:pPr>
        <w:spacing w:line="240" w:lineRule="auto"/>
        <w:rPr>
          <w:lang w:eastAsia="ja-JP"/>
        </w:rPr>
      </w:pPr>
      <w:proofErr w:type="gramStart"/>
      <w:r>
        <w:t>Date:</w:t>
      </w:r>
      <w:r w:rsidR="005B742C">
        <w:t>_</w:t>
      </w:r>
      <w:proofErr w:type="gramEnd"/>
      <w:r w:rsidR="005B742C">
        <w:t>____________________________</w:t>
      </w:r>
      <w:r w:rsidR="005B742C">
        <w:tab/>
      </w:r>
      <w:r w:rsidR="005B742C">
        <w:tab/>
      </w:r>
      <w:r>
        <w:t xml:space="preserve">Signature: </w:t>
      </w:r>
      <w:r w:rsidR="005B742C">
        <w:rPr>
          <w:rFonts w:hint="eastAsia"/>
          <w:lang w:eastAsia="ja-JP"/>
        </w:rPr>
        <w:t xml:space="preserve"> </w:t>
      </w:r>
      <w:r w:rsidR="005B742C">
        <w:t>_____________________________________________</w:t>
      </w:r>
    </w:p>
    <w:p w14:paraId="53FD94E9" w14:textId="0DFA9623" w:rsidR="005B742C" w:rsidRDefault="005B742C" w:rsidP="005B742C">
      <w:pPr>
        <w:spacing w:after="0" w:line="240" w:lineRule="auto"/>
        <w:ind w:rightChars="-260" w:right="-572"/>
        <w:rPr>
          <w:sz w:val="21"/>
          <w:szCs w:val="21"/>
        </w:rPr>
      </w:pPr>
      <w:r w:rsidRPr="005B742C">
        <w:rPr>
          <w:b/>
          <w:bCs/>
          <w:sz w:val="21"/>
          <w:szCs w:val="21"/>
        </w:rPr>
        <w:t>Note:</w:t>
      </w:r>
      <w:r w:rsidRPr="005B742C">
        <w:rPr>
          <w:rFonts w:hint="eastAsia"/>
          <w:b/>
          <w:bCs/>
          <w:sz w:val="21"/>
          <w:szCs w:val="21"/>
          <w:lang w:eastAsia="ja-JP"/>
        </w:rPr>
        <w:t xml:space="preserve">　</w:t>
      </w:r>
      <w:r w:rsidRPr="005B742C">
        <w:rPr>
          <w:sz w:val="21"/>
          <w:szCs w:val="21"/>
        </w:rPr>
        <w:t xml:space="preserve">The official account name registered with the bank is </w:t>
      </w:r>
      <w:r w:rsidRPr="005B742C">
        <w:rPr>
          <w:b/>
          <w:bCs/>
          <w:sz w:val="21"/>
          <w:szCs w:val="21"/>
        </w:rPr>
        <w:t>“KOKUSAIHEIKOUSINKEIKAGAKUKAI”</w:t>
      </w:r>
      <w:r w:rsidRPr="005B742C">
        <w:rPr>
          <w:sz w:val="21"/>
          <w:szCs w:val="21"/>
        </w:rPr>
        <w:t>.</w:t>
      </w:r>
    </w:p>
    <w:p w14:paraId="19EB5F72" w14:textId="5AD261C4" w:rsidR="005B742C" w:rsidRPr="005B742C" w:rsidRDefault="005B742C" w:rsidP="005C0AC7">
      <w:pPr>
        <w:spacing w:line="240" w:lineRule="auto"/>
        <w:ind w:rightChars="-260" w:right="-572"/>
        <w:rPr>
          <w:sz w:val="21"/>
          <w:szCs w:val="21"/>
        </w:rPr>
      </w:pPr>
      <w:r w:rsidRPr="005B742C">
        <w:rPr>
          <w:sz w:val="21"/>
          <w:szCs w:val="21"/>
        </w:rPr>
        <w:t xml:space="preserve">For international remittance, writing </w:t>
      </w:r>
      <w:r w:rsidRPr="005B742C">
        <w:rPr>
          <w:b/>
          <w:bCs/>
          <w:sz w:val="21"/>
          <w:szCs w:val="21"/>
        </w:rPr>
        <w:t>“NES”</w:t>
      </w:r>
      <w:r w:rsidRPr="005B742C">
        <w:rPr>
          <w:sz w:val="21"/>
          <w:szCs w:val="21"/>
        </w:rPr>
        <w:t xml:space="preserve"> alone is also acceptable and will be recognized as the same beneficiary.</w:t>
      </w:r>
    </w:p>
    <w:sectPr w:rsidR="005B742C" w:rsidRPr="005B742C" w:rsidSect="00DB2203">
      <w:pgSz w:w="12240" w:h="15840"/>
      <w:pgMar w:top="1021" w:right="1185" w:bottom="1021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8931239">
    <w:abstractNumId w:val="8"/>
  </w:num>
  <w:num w:numId="2" w16cid:durableId="2139564376">
    <w:abstractNumId w:val="6"/>
  </w:num>
  <w:num w:numId="3" w16cid:durableId="509490698">
    <w:abstractNumId w:val="5"/>
  </w:num>
  <w:num w:numId="4" w16cid:durableId="320282277">
    <w:abstractNumId w:val="4"/>
  </w:num>
  <w:num w:numId="5" w16cid:durableId="1710255147">
    <w:abstractNumId w:val="7"/>
  </w:num>
  <w:num w:numId="6" w16cid:durableId="1647051580">
    <w:abstractNumId w:val="3"/>
  </w:num>
  <w:num w:numId="7" w16cid:durableId="697239037">
    <w:abstractNumId w:val="2"/>
  </w:num>
  <w:num w:numId="8" w16cid:durableId="773750036">
    <w:abstractNumId w:val="1"/>
  </w:num>
  <w:num w:numId="9" w16cid:durableId="125404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281"/>
    <w:rsid w:val="00034616"/>
    <w:rsid w:val="0006063C"/>
    <w:rsid w:val="000A5FB4"/>
    <w:rsid w:val="000F13B0"/>
    <w:rsid w:val="00123489"/>
    <w:rsid w:val="0015074B"/>
    <w:rsid w:val="001D58ED"/>
    <w:rsid w:val="001F092F"/>
    <w:rsid w:val="00200EB7"/>
    <w:rsid w:val="0022686A"/>
    <w:rsid w:val="002625F0"/>
    <w:rsid w:val="0029639D"/>
    <w:rsid w:val="002A0DD5"/>
    <w:rsid w:val="002E5CAE"/>
    <w:rsid w:val="002F2D86"/>
    <w:rsid w:val="002F4EB6"/>
    <w:rsid w:val="00317B53"/>
    <w:rsid w:val="00326F90"/>
    <w:rsid w:val="00352B14"/>
    <w:rsid w:val="00353077"/>
    <w:rsid w:val="003C5E38"/>
    <w:rsid w:val="00454EAD"/>
    <w:rsid w:val="0051644C"/>
    <w:rsid w:val="00537A86"/>
    <w:rsid w:val="005947E2"/>
    <w:rsid w:val="005A522C"/>
    <w:rsid w:val="005B742C"/>
    <w:rsid w:val="005C0AC7"/>
    <w:rsid w:val="005D0167"/>
    <w:rsid w:val="00645787"/>
    <w:rsid w:val="00687744"/>
    <w:rsid w:val="006B75AA"/>
    <w:rsid w:val="007952B0"/>
    <w:rsid w:val="007B01D0"/>
    <w:rsid w:val="008F1F33"/>
    <w:rsid w:val="00913A08"/>
    <w:rsid w:val="00933F4B"/>
    <w:rsid w:val="0099502A"/>
    <w:rsid w:val="00AA1D8D"/>
    <w:rsid w:val="00B47730"/>
    <w:rsid w:val="00BF533F"/>
    <w:rsid w:val="00C23D9C"/>
    <w:rsid w:val="00C525FA"/>
    <w:rsid w:val="00C6078F"/>
    <w:rsid w:val="00C74B50"/>
    <w:rsid w:val="00CB0664"/>
    <w:rsid w:val="00CC1D04"/>
    <w:rsid w:val="00D23898"/>
    <w:rsid w:val="00DB2203"/>
    <w:rsid w:val="00DF5539"/>
    <w:rsid w:val="00E048F1"/>
    <w:rsid w:val="00E37F5B"/>
    <w:rsid w:val="00E72C13"/>
    <w:rsid w:val="00EA7C75"/>
    <w:rsid w:val="00F06F0D"/>
    <w:rsid w:val="00F40AA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DB60AE"/>
  <w14:defaultImageDpi w14:val="300"/>
  <w15:docId w15:val="{61F955F7-268A-4ECA-8D8C-BE6317AF3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Hyperlink"/>
    <w:basedOn w:val="a2"/>
    <w:uiPriority w:val="99"/>
    <w:unhideWhenUsed/>
    <w:rsid w:val="002E5CAE"/>
    <w:rPr>
      <w:color w:val="0000FF" w:themeColor="hyperlink"/>
      <w:u w:val="single"/>
    </w:rPr>
  </w:style>
  <w:style w:type="character" w:styleId="aff0">
    <w:name w:val="Unresolved Mention"/>
    <w:basedOn w:val="a2"/>
    <w:uiPriority w:val="99"/>
    <w:semiHidden/>
    <w:unhideWhenUsed/>
    <w:rsid w:val="002E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s2025@jikagaku.jp" TargetMode="External"/><Relationship Id="rId3" Type="http://schemas.openxmlformats.org/officeDocument/2006/relationships/styles" Target="styles.xml"/><Relationship Id="rId7" Type="http://schemas.openxmlformats.org/officeDocument/2006/relationships/hyperlink" Target="mailto:nes2025@jikagaku.j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223</Words>
  <Characters>1648</Characters>
  <Application>Microsoft Office Word</Application>
  <DocSecurity>0</DocSecurity>
  <Lines>43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英明 坂田</cp:lastModifiedBy>
  <cp:revision>37</cp:revision>
  <cp:lastPrinted>2025-08-26T03:10:00Z</cp:lastPrinted>
  <dcterms:created xsi:type="dcterms:W3CDTF">2025-08-12T08:46:00Z</dcterms:created>
  <dcterms:modified xsi:type="dcterms:W3CDTF">2025-10-05T22:42:00Z</dcterms:modified>
  <cp:category/>
</cp:coreProperties>
</file>